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בחרנו – מה עושים אחר 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בחרנו, מה עושים אחר כך?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שקורה אחרי יום הבחירות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קלפי, מנדט, אחוז חסימה ותוצאות רשמיות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כרונולוגי של אירועים לפי מה שמופיע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הנקרא דרך משפטים קצרים ושאלות על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סגירת הקלפיות וספירת הקולות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עשר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חברי ועדת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הוא נבדק ונספר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סגירת הקלפיות וספירת הקולות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הספירה לוקחת כמה ימים, בגלל קולות חיילים ומעטפות כפולות.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סגירת הקלפיות וספירת הקולות – יישום וחשיבה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סגירת הקלפיות וספירת הקולות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ועדת הקלפי אחראית לבדוק ולספור את פתקי ההצבעה בקלפי שבה היא נמצאת.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מהמדגם לתוצאות הרשמיות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הערכה שיכולה לטעות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ועדת הבחירות המרכזית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בערב הבחירות, אחרי סגירת הקלפיות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מהמדגם לתוצאות הרשמיות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מהמדגם לתוצאות הרשמיות – הבנה והסבר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איך מחלקים את המנדטים – זוכרים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מנדט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איך מחלקים את המנדטים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רשימה שלא עברה את אחוז החסימה לא נכנסת לכנסת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איך מחלקים את המנדטים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3.25%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הכנסת החדשה מתחילה לעבוד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הכנסת מתכנסת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שכל חברי הכנסת מצהירים אמונים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הכנסת החדשה מתחילה לעבוד – הבנה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הכנסת החדשה מתחילה לעבוד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הכנסת החדשה מתכנסת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הכנסת החדשה מתחילה לעבוד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הנשיא מטיל את התפקיד על מועמד להרכבת ממשלה – מה זוכרים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נהוג לפי התהליך שמתואר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הנשיא מטיל את התפקיד על אחד מחברי הכנסת שנבחרו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הנשיא מטיל את התפקיד על מועמד להרכבת ממשלה – השלמת משפטים ובחירה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נפגש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הנשיא מטיל את התפקיד על מועמד להרכבת ממשלה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מטיל את תפקיד הרכבת הממשלה על מועמד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עשר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חברי ועדת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סגירת קלפיות, ספירת קולות, מדגם מול תוצאות רשמיות תוך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את המספר 3.25% ואת ההבנה שרשימה שלא עוברת לא נכנסת לכנסת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חברי כנסת, כנסת, ירושלים, ותוך 14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לחמישה מפגשים קצרים, פרק אחד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להשמיע את הטקסט מהאתר לפני כל פרק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להשאיר ניקוד במילים מרכזיות כמו קלפי ומנדט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לסיום החוברת כדאי לבנות יחד ציר זמן של כל השלבים לפי הסדר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בחרנו – מה עושים אחר 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בחרנו, מה עושים אחר כך?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תתרגלו את מה שקורה אחרי שהצביעו ביום הבחירות. קראו כל קטע בעיון, ואז ענו על השאלות לפי הסדר.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14  ·  מנדט  ·  שמונה  ·  נפגש  ·  120  ·  ירושלים  ·  הערכה  ·  אמונים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סגירת הקלפיות וספירת הקולות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עד איזו שעה אפשר להצביע ביום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שמונה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עשר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תשע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סופר את הקולות בקלפי מיד אחרי שהיא נסגרת?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הנשיא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חברי ועדת הקלפי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קורה לכל פתק 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נזרק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נבדק ונספר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נשלח לירושלים 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סגירת הקלפיות וספירת הקולות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הספירה של כל הקולות מסתיימת תוך שעה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קולות של חיילים נספרים בוועדת הבחירות המרכזית.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סגירת הקלפיות וספירת הקולות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סגירת הקלפיות וספירת הקולות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שמסביר מה תפקידה של ועדת הקלפי.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מהמדגם לתוצאות הרשמיות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מדגם שמפרסמים בערב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התוצאה הסופית והרשמית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הערכה שיכולה לטעות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רשימת חברי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מפרסם את התוצאות הרשמיות של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ועדת הבחירות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מתי מפרסמים בטלוויזיה את המדגמים?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יום לפני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בערב הבחירות, אחרי סגירת הקלפיות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שבוע אחרי הבחירות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מהמדגם לתוצאות הרשמיות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מדגם הוא רק __________ והוא יכול לטעות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התוצאות הרשמיות מתפרסמות בתוך __________ ימים מיום הבחירות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מהמדגם לתוצאות הרשמיות – הבנה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איך מחלקים את המנדטים – זוכרים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בכנסת יש __________ 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מקום בכנסת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איך מחלקים את המנדטים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רשימה שלא עברה את אחוז החסימה נכנסת לכנסת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האנשים הראשונים בכל רשימה הופכים לחברי הכנסת החדשים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איך מחלקים את המנדטים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אחוז החסימה הנדרש כדי שרשימה תיכנס לכנסת?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3.25%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מנדטים יש בסך הכל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הכנסת החדשה מתחילה לעבוד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הכנסת החדשה מתכנסת בתוך 14 יום מיום הבחירות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הכנסת החדשה מתכנסת בתל אביב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חברי הכנסת מצהירים אמונים למדינת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הכנסת החדשה מתחילה לעבוד – הבנה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הכנסת החדשה מתכנסת בתוך __________ יום מיום הבחירות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הכנסת החדשה מתכנסת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חברי הכנסת מצהירים __________ למדינת 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הכנסת החדשה מתחילה לעבוד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בתוך 14 יום מיום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הכנסת החדשה מתכנסת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מפרסמים מדגמים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סופרים את הקולות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הכנסת החדשה מתחילה לעבוד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הנשיא מטיל את התפקיד על מועמד להרכבת ממשלה – מה זוכרים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הבחירות, נשיא המדינה נפגש עם נציגים של המפלגות שנבחרו לכנסת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הנשיא מטיל את תפקיד הרכבת הממשלה על אדם שלא נבחר בכלל לכנסת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הנשיא מטיל את התפקיד על מועמד להרכבת ממשלה – השלמת משפטים ובחירה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אחרי הבחירות, נשיא המדינה __________ עם נציגים של כל המפלגות שנבחרו לכנסת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הנשיא מטיל את התפקיד על מועמד להרכבת ממשלה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עושה הנשיא אחרי שהוא נפגש עם נציגי כל המפלגות שנבחרו?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מכריז על בחירות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מטיל את תפקיד הרכבת הממשלה על מועמד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סוגר את הקלפיות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נסגרות הקלפיות ביום הבחירות?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שמונה בערב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עשר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חצות הלילה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סופר את הקולות מיד אחרי סגירת הקלפיות?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חברי ועדת הקלפי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נשיא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מקומות (מנדטים) יש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150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תארו בשני משפטים מה קורה מרגע שהקלפיות נסגרות ועד פרסום התוצאות הרשמיות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אחוז החסימה, ומה קורה לרשימה שלא עוברת אותו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בחרנו, מה עושים אחר כך?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