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בחרנו,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שקורה אחרי יום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קלפי, מנדט, אחוז חסימה ותוצאות רשמיות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לפי מה שמופיע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משפטים קצרים ושאלות על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סגירת הקלפיות וספירת הקולות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עשר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חברי ועדת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נבדק ונספר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בוועדת הבחירות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סגירת הקלפיות וספירת הקולות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הספירה לוקחת כמה ימים, בגלל קולות חיילים ומעטפות כפולות.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מעטפות כפולות הן דרך הצבעה מיוחדת, לא הצבעה כפולה של אותו אדם.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סגירת הקלפיות וספירת הקולות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סגירת הקלפיות וספירת הקולות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ולספור כל פתק בקלפי, ובנוסף יש קולות של חיילים ומעטפות כפולות שנספרים בנפרד בוועדת הבחירות המרכזית, ולכן זה לוקח זמן נוסף.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אחראית לבדוק ולספור את פתקי ההצבעה בקלפי שבה היא נמצאת.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מהמדגם לתוצאות הרשמיות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הערכה שיכולה לטעות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בערב הבחירות, אחרי סגירת הקלפיות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חברי ועדת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מהמדגם לתוצאות הרשמיות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מהמדגם לתוצאות הרשמיות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מדגם הוא הערכה המבוססת רק על חלק מהקולות, לכן הוא עלול לטעות; התוצאות הרשמיות מבוססות על ספירה מדויקת של כל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צריך לספור כל פתק בנפרד, וגם קולות חיילים וקולות במעטפות כפולות נספרים בנפרד ולוקח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למשל כדי לוודא שהתוצאות מדויקות והוגנות וכדי שכל קול יבוא לידי ביטוי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איך מחלקים את המנדטים –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3. 3.25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איך מחלקים את המנדטים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רשימה שלא עברה את אחוז החסימה לא נכנסת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איך מחלקים את המנדטים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לפי מספר הקולות שכל רשימה קיבלה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לא נכנסת לכנסת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הכנסת החדשה מתחילה לעבוד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הכנסת מתכנסת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שכל חברי הכנסת מצהירים אמונים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הכנסת החדשה מתחילה לעבוד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הכנסת החדשה מתחילה לעבוד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הכנסת החדשה מתכנסת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להתחייב למלא את תפקידם כלפי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חלוקת מנדטים קובעת מי נכנס לכנסת, והצהרת אמונים היא טקס התחייבות של הנבחרים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הכנסת החדשה מתחילה לעבוד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ההצהרה מהווה התחייבות אישית של כל חבר כנסת למלא את תפקידו בנאמנות למדינה ולחוקיה לפני שהוא מתחיל בעבודתו הפרלמנטרית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ביום הבחירות - סופרים קולות וסוגרים קלפיות; בתוך 14 יום - הכנסת החדשה מתכנסת בירושלים וחברי הכנסת מצהירים אמונים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הנשיא מטיל את התפקיד על מועמד להרכבת ממשלה – מה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נהוג לפי התהליך שמתואר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הנשיא מטיל את התפקיד על אחד מחברי הכנסת שנבחרו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הנשיא הוא זה שמחליט על מי להטיל את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אלו הכללים המקובלים בתהליך הרכבת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הנשיא מטיל את התפקיד על מועמד להרכבת ממשלה – השלמת משפטים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הנשיא מטיל את התפקיד על מועמד להרכבת ממשלה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מטיל את תפקיד הרכבת הממשלה על מועמד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המועמד שקיבל הכי הרבה המלצות מהמפלגות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עשר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חברי ועדת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ארבעה עשר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מצהירים אמונים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מטיל את התפקיד להרכיב ממשלה על חבר 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סגירת קלפיות, ספירת קולות, מדגם מול תוצאות רשמיות תוך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את המספר 3.25% ואת ההבנה שרשימה שלא עוברת לא נכנסת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חברי כנסת, כנסת, ירושלים, ותוך 14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להשמיע את הטקסט מהאתר לפני כל פרק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להשאיר ניקוד במילים מרכזיות כמו קלפי ומנדט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כדאי לבנות יחד ציר זמן של כל השלבים לפי הסדר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בחרנו,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מה קורה אחרי יום הבחירות. קוראים כל חלק, ועונים על שאלות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מצביעים ושמים את הפתק בקופסה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אחד בכנסת, יש 120 מנדטים בסך הכול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 חסימה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האחוז המינימלי שרשימה צריכה כדי להיכנס לכנסת, 3.25%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מדגם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ראשונית של התוצאות, שיכולה לטעות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תוצאות רשמיות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התוצאות הסופיות שוועדת הבחירות המרכזית מפרסמת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הצהרת אמונים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שחברי הכנסת אומרים כשהם מתחילים לכהן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הבחירות המרכזית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שסופר את הקולות ומפרסם את התוצאות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הטלת 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כשהנשיא בוחר מועמד שינסה להרכיב 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סגירת הקלפיות וספירת הקולות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עד מתי מצביעים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סופר את הפתקים בקלפי?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 ועדת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כל 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נבדק ונספר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נשלח לירושלים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מצולם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סופרים את הקולות המיוחדים?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בקלפי הרגילה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הנשיא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סגירת הקלפיות וספירת הקולות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הספירה של כל הקולות מסתיימת תוך שעה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קולות של חיילים נספרים בוועדת הבחירות המרכזית.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פתק הצבעה נבדק ונספר בקפידה.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מעטפות כפולות הן מעטפות של אנשים שהצביעו פעמיים.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סגירת הקלפיות וספירת הקולות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הקלפיות נסגרות בשעה __________ בלילה ביום הבחירות.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חברי ועדת ה__________ הם שסופרים את הקולות בכל קלפי.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סגירת הקלפיות וספירת הקולות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הספירה הסופית של כל הקולות לוקחת כמה ימים ולא מסתיימת באותו ערב.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מה תפקידה של ועדת הקלפי.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מהמדגם לתוצאות הרשמיות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מדגם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התוצאה הסופית והרשמית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שיכולה לטעות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הקלפיות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מכריז על התוצאות הרשמיות?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רואים מדגמים בטלוויזיה?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לפני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בערב הבחירות, אחרי סגירת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אחרי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 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סופר את הפתקים בקלפי?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 ועדת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עיתונאים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מהמדגם לתוצאות הרשמיות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מדגם הוא רק __________ והוא יכול לטעות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התוצאות הרשמיות מתפרסמות בתוך __________ ימים מיום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קולות של חיילים נספרים בוועדת הבחירות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__________ נבדק ונספר על ידי חברי ועדת הקלפי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מהמדגם לתוצאות הרשמיות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יכול להיות הבדל בין המדגם שרואים בטלוויזיה לבין התוצאות הרשמיות?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לוקח כמה ימים לפרסם את התוצאות הרשמיות, ולא אפשר לדעת אותן מיד בערב הבחירות?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דעתכם: למה חשוב שהתוצאות הרשמיות ייבדקו בקפידה ולא יסתמכו רק על המדגם?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איך מחלקים את המנדטים –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בכנסת יש __________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מקום בכנסת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להיכנס לכנסת רשימה צריכה לפחות __________ אחוז מהקולות הכשרים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איך מחלקים את המנדטים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שלא עברה את אחוז החסימה נכנסת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הראשונים בכל רשימה הופכים לחברי הכנסת החדשים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איך מחלקים את המנדטים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אחוזים מהקולות צריכה רשימה לקבל כדי להיכנס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מקומות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קובעים כמה מנדטים כל רשימה מקבלת?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מספר הקולות שכל רשימה קיבלה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סדר אלפביתי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באופן שווה לכל הרשימות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גיל המועמדים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לרשימה עם פחות מ-3.25 אחוז מהקולות?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מקבלת חצי מנדט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לא נכנסת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מקבלת מנדט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 לא משתנה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הכנסת החדשה מתחילה לעבוד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החדשה מתכנסת בתוך 14 יום מיום הבחירות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החדשה מתכנסת בתל 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הכנסת מצהירים אמונים למדינת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הכנסת מבטיחים למלא באמונה את השליחות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הכנסת החדשה מתחילה לעבוד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הכנסת החדשה מתכנסת בתוך __________ יום מיום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הכנסת החדשה מתכנסת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חברי הכנסת מצהירים __________ למדינת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חברי הכנסת מבטיחים למלא באמונה את ה__________ שלהם בכנסת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הכנסת החדשה מתחילה לעבוד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14 יום אחרי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 החדשה מתכנסת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מפרסמים מדגמים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סופרים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מחלקים מנדטים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חברי הכנסת מצהירים אמונים?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שכר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להתחייב למלא את תפקידם כלפי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לבחור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לספור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שונה חלוקת המנדטים מהצהרת האמונים?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חלוקת מנדטים קובעת מי נכנס לכנסת, והצהרת אמונים היא טקס התחייבות של הנבחרים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הצהרת אמונים קודמת לחלוקת המנדטים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קורים באותו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הכנסת החדשה מתחילה לעבוד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חברי הכנסת מצהירים אמונים לפני שמתחילים לעבוד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לוח זמנים קצר: מה קורה ביום הבחירות, ומה קורה בתוך 14 יום לאחר מכן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הנשיא מטיל את התפקיד על מועמד להרכבת ממשלה – מה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הבחירות, נשיא המדינה נפגש עם נציגים של המפלגות שנבחרו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הנשיא מטיל את תפקיד הרכבת הממשלה על אדם שלא נבחר בכלל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לתפקיד הנשיא בשלב הזה אין שום השפעה על הרכבת הממשלה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כלל הנשיא מטיל את התפקיד על המועמד שקיבל הכי הרבה המלצות מהמפלגות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הנשיא מטיל את התפקיד על מועמד להרכבת ממשלה – השלמת משפטים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הבחירות, נשיא המדינה __________ עם נציגים של כל המפלגות שנבחרו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הפגישות, הנשיא __________ את התפקיד להרכיב ממשלה על אחד מחברי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הנשיא מטיל את התפקיד על מועמד להרכבת ממשלה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אחרי הפגישות של הנשיא?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מכריז על בחירות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מטיל את תפקיד הרכבת הממשלה על 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 את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מצהיר אמונים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בדרך כלל מקבל מהנשיא את התפקיד?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המועמד הצעיר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המועמד שקיבל הכי הרבה המלצות מהמפלגות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המועמד הראשון שהגיע לפגישה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שהנשיא מכיר באופן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שעה מפסיקים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בודק את הפתקים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 ועדת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שופטי בית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חברי כנסת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אחוזים מהקולות צריך לקבל כדי להיכנס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אחרי הבחירות יודעים את התוצאה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עשר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זמן אחרי הבחירות נפגשים חברי הכנסת החדשים?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 עשר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ואחד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קורה במפגש הראשון של הכנסת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מצביעים בעד 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מצהירים אמונים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חותמים על חוק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עושה נשיא המדינה אחרי שיודעים את התוצאות?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מצהיר אמונים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סופר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מטיל את התפקיד להרכיב ממשלה על חבר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 את הקלפיות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בשני משפטים מה קורה מרגע שהקלפיות נסגרות ועד פרסום התוצאות הרשמיות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אחוז החסימה, ומה קורה לרשימה שלא עוברת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זאת הצהרת אמונים, ומי אומר אותה ואיפה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בחרנו, מה עושים אחר כך?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